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83" w:rsidRPr="00515883" w:rsidRDefault="00515883" w:rsidP="00515883">
      <w:pPr>
        <w:tabs>
          <w:tab w:val="left" w:pos="7565"/>
        </w:tabs>
      </w:pPr>
      <w:r>
        <w:rPr>
          <w:rFonts w:cs="B Nazanin"/>
        </w:rPr>
        <w:tab/>
      </w:r>
      <w:bookmarkStart w:id="0" w:name="_GoBack"/>
      <w:bookmarkEnd w:id="0"/>
      <w:r w:rsidRPr="004A00C0">
        <w:rPr>
          <w:rFonts w:cs="B Nazanin"/>
          <w:rtl/>
        </w:rPr>
        <mc:AlternateContent>
          <mc:Choice Requires="wps">
            <w:drawing>
              <wp:anchor distT="45720" distB="45720" distL="114300" distR="114300" simplePos="0" relativeHeight="251829760" behindDoc="0" locked="0" layoutInCell="1" allowOverlap="1" wp14:anchorId="2E6A28BF" wp14:editId="39A9E4FA">
                <wp:simplePos x="0" y="0"/>
                <wp:positionH relativeFrom="column">
                  <wp:posOffset>-845820</wp:posOffset>
                </wp:positionH>
                <wp:positionV relativeFrom="paragraph">
                  <wp:posOffset>5980430</wp:posOffset>
                </wp:positionV>
                <wp:extent cx="7105650" cy="2306955"/>
                <wp:effectExtent l="0" t="0" r="19050" b="1714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2306955"/>
                        </a:xfrm>
                        <a:prstGeom prst="rect">
                          <a:avLst/>
                        </a:prstGeom>
                        <a:noFill/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F8C" w:rsidRPr="004344F1" w:rsidRDefault="00113F8C" w:rsidP="004344F1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FB0B68">
                              <w:rPr>
                                <w:rFonts w:cs="B Nazanin"/>
                                <w:sz w:val="28"/>
                                <w:szCs w:val="28"/>
                              </w:rPr>
                              <w:t>□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موضوع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پیشنهادی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مورد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تأیید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است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.</w:t>
                            </w:r>
                            <w:r w:rsidRPr="004344F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</w:t>
                            </w:r>
                            <w:r w:rsidRPr="00FB0B68">
                              <w:rPr>
                                <w:rFonts w:cs="B Nazanin"/>
                                <w:sz w:val="28"/>
                                <w:szCs w:val="28"/>
                              </w:rPr>
                              <w:t>□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موضوع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پیشنهادی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با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انجام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اصلاحات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قابل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طرح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گروه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آموزشی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است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t>.</w:t>
                            </w:r>
                            <w:r w:rsidRPr="004344F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</w:p>
                          <w:p w:rsidR="00113F8C" w:rsidRDefault="004344F1" w:rsidP="004344F1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توضیحا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ت/اصلاحات پیشنهادی</w:t>
                            </w:r>
                            <w:r w:rsidR="00113F8C" w:rsidRPr="004344F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 ........................................................</w:t>
                            </w:r>
                            <w:r w:rsidRPr="004344F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</w:t>
                            </w:r>
                            <w:r w:rsidR="00113F8C" w:rsidRPr="004344F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</w:t>
                            </w:r>
                            <w:r w:rsidR="00113F8C" w:rsidRPr="004344F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</w:p>
                          <w:p w:rsidR="004344F1" w:rsidRDefault="004344F1" w:rsidP="004344F1">
                            <w:pPr>
                              <w:bidi/>
                              <w:spacing w:line="36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344F1" w:rsidRPr="004A00C0" w:rsidRDefault="004344F1" w:rsidP="004344F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 w:hint="cs"/>
                                <w:rtl/>
                              </w:rPr>
                            </w:pPr>
                            <w:r w:rsidRPr="004A00C0">
                              <w:rPr>
                                <w:rFonts w:cs="B Titr" w:hint="cs"/>
                                <w:rtl/>
                              </w:rPr>
                              <w:t>مدیر گروه آموزشی</w:t>
                            </w:r>
                          </w:p>
                          <w:p w:rsidR="004344F1" w:rsidRPr="004A00C0" w:rsidRDefault="004344F1" w:rsidP="004344F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 w:hint="cs"/>
                                <w:rtl/>
                              </w:rPr>
                            </w:pPr>
                            <w:r w:rsidRPr="004A00C0">
                              <w:rPr>
                                <w:rFonts w:cs="B Titr" w:hint="cs"/>
                                <w:rtl/>
                              </w:rPr>
                              <w:t>نام و نام خانوادگی</w:t>
                            </w:r>
                          </w:p>
                          <w:p w:rsidR="004344F1" w:rsidRPr="004A00C0" w:rsidRDefault="004344F1" w:rsidP="004344F1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 w:hint="cs"/>
                                <w:lang w:bidi="fa-IR"/>
                              </w:rPr>
                            </w:pPr>
                            <w:r w:rsidRPr="004A00C0">
                              <w:rPr>
                                <w:rFonts w:cs="B Titr" w:hint="cs"/>
                                <w:rtl/>
                              </w:rPr>
                              <w:t>امضا/تاریخ</w:t>
                            </w:r>
                          </w:p>
                          <w:p w:rsidR="004344F1" w:rsidRPr="004344F1" w:rsidRDefault="004344F1" w:rsidP="004344F1">
                            <w:pPr>
                              <w:bidi/>
                              <w:spacing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113F8C" w:rsidRPr="004344F1" w:rsidRDefault="00113F8C" w:rsidP="004344F1">
                            <w:pPr>
                              <w:bidi/>
                              <w:spacing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A28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6.6pt;margin-top:470.9pt;width:559.5pt;height:181.65pt;z-index:25182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" filled="f" strokecolor="#4f81bd [3204]" strokeweight="1.5pt">
                <v:textbox>
                  <w:txbxContent>
                    <w:p w:rsidR="00113F8C" w:rsidRPr="004344F1" w:rsidRDefault="00113F8C" w:rsidP="004344F1">
                      <w:pPr>
                        <w:bidi/>
                        <w:spacing w:line="36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FB0B68">
                        <w:rPr>
                          <w:rFonts w:cs="B Nazanin"/>
                          <w:sz w:val="28"/>
                          <w:szCs w:val="28"/>
                        </w:rPr>
                        <w:t>□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موضوع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پیشنهادی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مورد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تأیید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است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>.</w:t>
                      </w:r>
                      <w:r w:rsidRPr="004344F1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                       </w:t>
                      </w:r>
                      <w:r w:rsidRPr="00FB0B68">
                        <w:rPr>
                          <w:rFonts w:cs="B Nazanin"/>
                          <w:sz w:val="28"/>
                          <w:szCs w:val="28"/>
                        </w:rPr>
                        <w:t>□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موضوع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پیشنهادی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با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انجام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اصلاحات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قابل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طرح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در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گروه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آموزشی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است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t>.</w:t>
                      </w:r>
                      <w:r w:rsidRPr="004344F1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</w:p>
                    <w:p w:rsidR="00113F8C" w:rsidRDefault="004344F1" w:rsidP="004344F1">
                      <w:pPr>
                        <w:bidi/>
                        <w:spacing w:line="36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توضیحا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ت/اصلاحات پیشنهادی</w:t>
                      </w:r>
                      <w:r w:rsidR="00113F8C" w:rsidRPr="004344F1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 ........................................................</w:t>
                      </w:r>
                      <w:r w:rsidRPr="004344F1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.......................................</w:t>
                      </w:r>
                      <w:r w:rsidR="00113F8C" w:rsidRPr="004344F1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...................................................................</w:t>
                      </w:r>
                      <w:r w:rsidR="00113F8C" w:rsidRPr="004344F1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</w:t>
                      </w:r>
                    </w:p>
                    <w:p w:rsidR="004344F1" w:rsidRDefault="004344F1" w:rsidP="004344F1">
                      <w:pPr>
                        <w:bidi/>
                        <w:spacing w:line="36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344F1" w:rsidRPr="004A00C0" w:rsidRDefault="004344F1" w:rsidP="004344F1">
                      <w:pPr>
                        <w:bidi/>
                        <w:spacing w:after="0" w:line="240" w:lineRule="auto"/>
                        <w:jc w:val="center"/>
                        <w:rPr>
                          <w:rFonts w:cs="B Titr" w:hint="cs"/>
                          <w:rtl/>
                        </w:rPr>
                      </w:pPr>
                      <w:r w:rsidRPr="004A00C0">
                        <w:rPr>
                          <w:rFonts w:cs="B Titr" w:hint="cs"/>
                          <w:rtl/>
                        </w:rPr>
                        <w:t>مدیر گروه آموزشی</w:t>
                      </w:r>
                    </w:p>
                    <w:p w:rsidR="004344F1" w:rsidRPr="004A00C0" w:rsidRDefault="004344F1" w:rsidP="004344F1">
                      <w:pPr>
                        <w:bidi/>
                        <w:spacing w:after="0" w:line="240" w:lineRule="auto"/>
                        <w:jc w:val="center"/>
                        <w:rPr>
                          <w:rFonts w:cs="B Titr" w:hint="cs"/>
                          <w:rtl/>
                        </w:rPr>
                      </w:pPr>
                      <w:r w:rsidRPr="004A00C0">
                        <w:rPr>
                          <w:rFonts w:cs="B Titr" w:hint="cs"/>
                          <w:rtl/>
                        </w:rPr>
                        <w:t>نام و نام خانوادگی</w:t>
                      </w:r>
                    </w:p>
                    <w:p w:rsidR="004344F1" w:rsidRPr="004A00C0" w:rsidRDefault="004344F1" w:rsidP="004344F1">
                      <w:pPr>
                        <w:bidi/>
                        <w:spacing w:after="0" w:line="240" w:lineRule="auto"/>
                        <w:jc w:val="center"/>
                        <w:rPr>
                          <w:rFonts w:cs="B Titr" w:hint="cs"/>
                          <w:lang w:bidi="fa-IR"/>
                        </w:rPr>
                      </w:pPr>
                      <w:r w:rsidRPr="004A00C0">
                        <w:rPr>
                          <w:rFonts w:cs="B Titr" w:hint="cs"/>
                          <w:rtl/>
                        </w:rPr>
                        <w:t>امضا/تاریخ</w:t>
                      </w:r>
                    </w:p>
                    <w:p w:rsidR="004344F1" w:rsidRPr="004344F1" w:rsidRDefault="004344F1" w:rsidP="004344F1">
                      <w:pPr>
                        <w:bidi/>
                        <w:spacing w:line="360" w:lineRule="auto"/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</w:p>
                    <w:p w:rsidR="00113F8C" w:rsidRPr="004344F1" w:rsidRDefault="00113F8C" w:rsidP="004344F1">
                      <w:pPr>
                        <w:bidi/>
                        <w:spacing w:line="360" w:lineRule="auto"/>
                        <w:rPr>
                          <w:rFonts w:cs="B Nazanin" w:hint="cs"/>
                          <w:sz w:val="24"/>
                          <w:szCs w:val="24"/>
                          <w:lang w:bidi="fa-I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A00C0">
        <w:rPr>
          <w:rFonts w:cs="B Nazanin"/>
        </w:rPr>
        <mc:AlternateContent>
          <mc:Choice Requires="wps">
            <w:drawing>
              <wp:anchor distT="0" distB="0" distL="114300" distR="114300" simplePos="0" relativeHeight="251493888" behindDoc="0" locked="0" layoutInCell="1" allowOverlap="1">
                <wp:simplePos x="0" y="0"/>
                <wp:positionH relativeFrom="column">
                  <wp:posOffset>4539777</wp:posOffset>
                </wp:positionH>
                <wp:positionV relativeFrom="paragraph">
                  <wp:posOffset>261620</wp:posOffset>
                </wp:positionV>
                <wp:extent cx="1724025" cy="304800"/>
                <wp:effectExtent l="57150" t="19050" r="85725" b="952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1003">
                          <a:schemeClr val="dk2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6D24" w:rsidRPr="004A00C0" w:rsidRDefault="00B76D24" w:rsidP="00B76D24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مشخصات 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27" style="position:absolute;margin-left:357.45pt;margin-top:20.6pt;width:135.75pt;height:24pt;z-index:25149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" fillcolor="#2d69b5 [2578]" strokecolor="#4579b8 [3044]">
                <v:fill color2="#091525 [962]" rotate="t" focusposition=".5,.5" focussize="" focus="100%" type="gradientRadial"/>
                <v:shadow on="t" color="black" opacity="22937f" origin=",.5" offset="0,.63889mm"/>
                <v:textbox>
                  <w:txbxContent>
                    <w:p w:rsidR="00B76D24" w:rsidRPr="004A00C0" w:rsidRDefault="00B76D24" w:rsidP="00B76D24">
                      <w:pPr>
                        <w:jc w:val="center"/>
                        <w:rPr>
                          <w:rFonts w:cs="B Nazanin" w:hint="cs"/>
                          <w:b/>
                          <w:bCs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مشخصات دانشجو</w:t>
                      </w:r>
                    </w:p>
                  </w:txbxContent>
                </v:textbox>
              </v:roundrect>
            </w:pict>
          </mc:Fallback>
        </mc:AlternateContent>
      </w:r>
      <w:r w:rsidRPr="004A00C0">
        <w:rPr>
          <w:rFonts w:cs="B Nazanin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8856A3E" wp14:editId="3149C409">
                <wp:simplePos x="0" y="0"/>
                <wp:positionH relativeFrom="column">
                  <wp:posOffset>4539777</wp:posOffset>
                </wp:positionH>
                <wp:positionV relativeFrom="paragraph">
                  <wp:posOffset>1715135</wp:posOffset>
                </wp:positionV>
                <wp:extent cx="1724025" cy="304800"/>
                <wp:effectExtent l="57150" t="19050" r="85725" b="952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1003">
                          <a:schemeClr val="dk2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6D24" w:rsidRPr="004A00C0" w:rsidRDefault="00B76D24" w:rsidP="004A00C0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مشخصات </w:t>
                            </w:r>
                            <w:r w:rsidR="004A00C0" w:rsidRPr="004A00C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پایان نامه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856A3E" id="Rounded Rectangle 6" o:spid="_x0000_s1028" style="position:absolute;margin-left:357.45pt;margin-top:135.05pt;width:135.75pt;height:24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" fillcolor="#2d69b5 [2578]" strokecolor="#4579b8 [3044]">
                <v:fill color2="#091525 [962]" rotate="t" focusposition=".5,.5" focussize="" focus="100%" type="gradientRadial"/>
                <v:shadow on="t" color="black" opacity="22937f" origin=",.5" offset="0,.63889mm"/>
                <v:textbox>
                  <w:txbxContent>
                    <w:p w:rsidR="00B76D24" w:rsidRPr="004A00C0" w:rsidRDefault="00B76D24" w:rsidP="004A00C0">
                      <w:pPr>
                        <w:jc w:val="center"/>
                        <w:rPr>
                          <w:rFonts w:cs="B Nazanin" w:hint="cs"/>
                          <w:b/>
                          <w:bCs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مشخصات </w:t>
                      </w:r>
                      <w:r w:rsidR="004A00C0" w:rsidRPr="004A00C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پایان نامه</w:t>
                      </w:r>
                    </w:p>
                  </w:txbxContent>
                </v:textbox>
              </v:roundrect>
            </w:pict>
          </mc:Fallback>
        </mc:AlternateContent>
      </w:r>
      <w:r w:rsidRPr="004A00C0">
        <w:rPr>
          <w:rFonts w:cs="B Nazanin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C52339E" wp14:editId="28931E20">
                <wp:simplePos x="0" y="0"/>
                <wp:positionH relativeFrom="column">
                  <wp:posOffset>4549302</wp:posOffset>
                </wp:positionH>
                <wp:positionV relativeFrom="paragraph">
                  <wp:posOffset>3465195</wp:posOffset>
                </wp:positionV>
                <wp:extent cx="1724025" cy="304800"/>
                <wp:effectExtent l="57150" t="19050" r="85725" b="9525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1003">
                          <a:schemeClr val="dk2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F8C" w:rsidRPr="004A00C0" w:rsidRDefault="0093731A" w:rsidP="00113F8C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نظر </w:t>
                            </w:r>
                            <w:r w:rsidRPr="004A00C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استاد راهنما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52339E" id="Rounded Rectangle 8" o:spid="_x0000_s1029" style="position:absolute;margin-left:358.2pt;margin-top:272.85pt;width:135.75pt;height:24pt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" fillcolor="#2d69b5 [2578]" strokecolor="#4579b8 [3044]">
                <v:fill color2="#091525 [962]" rotate="t" focusposition=".5,.5" focussize="" focus="100%" type="gradientRadial"/>
                <v:shadow on="t" color="black" opacity="22937f" origin=",.5" offset="0,.63889mm"/>
                <v:textbox>
                  <w:txbxContent>
                    <w:p w:rsidR="00113F8C" w:rsidRPr="004A00C0" w:rsidRDefault="0093731A" w:rsidP="00113F8C">
                      <w:pPr>
                        <w:jc w:val="center"/>
                        <w:rPr>
                          <w:rFonts w:cs="B Nazanin" w:hint="cs"/>
                          <w:b/>
                          <w:bCs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نظر </w:t>
                      </w:r>
                      <w:r w:rsidRPr="004A00C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استاد راهنما</w:t>
                      </w:r>
                    </w:p>
                  </w:txbxContent>
                </v:textbox>
              </v:roundrect>
            </w:pict>
          </mc:Fallback>
        </mc:AlternateContent>
      </w:r>
      <w:r w:rsidRPr="004A00C0">
        <w:rPr>
          <w:rFonts w:cs="B Nazanin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69844BD0" wp14:editId="135D6D17">
                <wp:simplePos x="0" y="0"/>
                <wp:positionH relativeFrom="column">
                  <wp:posOffset>4539777</wp:posOffset>
                </wp:positionH>
                <wp:positionV relativeFrom="paragraph">
                  <wp:posOffset>5644515</wp:posOffset>
                </wp:positionV>
                <wp:extent cx="1724025" cy="304800"/>
                <wp:effectExtent l="57150" t="19050" r="85725" b="9525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1003">
                          <a:schemeClr val="dk2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13F8C" w:rsidRPr="004A00C0" w:rsidRDefault="0093731A" w:rsidP="00113F8C">
                            <w:pPr>
                              <w:jc w:val="center"/>
                              <w:rPr>
                                <w:rFonts w:cs="B Nazanin" w:hint="cs"/>
                                <w:b/>
                                <w:bCs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نظر گروه آموزشی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844BD0" id="Rounded Rectangle 10" o:spid="_x0000_s1030" style="position:absolute;margin-left:357.45pt;margin-top:444.45pt;width:135.75pt;height:24pt;z-index:25186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" fillcolor="#2d69b5 [2578]" strokecolor="#4579b8 [3044]">
                <v:fill color2="#091525 [962]" rotate="t" focusposition=".5,.5" focussize="" focus="100%" type="gradientRadial"/>
                <v:shadow on="t" color="black" opacity="22937f" origin=",.5" offset="0,.63889mm"/>
                <v:textbox>
                  <w:txbxContent>
                    <w:p w:rsidR="00113F8C" w:rsidRPr="004A00C0" w:rsidRDefault="0093731A" w:rsidP="00113F8C">
                      <w:pPr>
                        <w:jc w:val="center"/>
                        <w:rPr>
                          <w:rFonts w:cs="B Nazanin" w:hint="cs"/>
                          <w:b/>
                          <w:bCs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نظر گروه آموزشی</w:t>
                      </w:r>
                    </w:p>
                  </w:txbxContent>
                </v:textbox>
              </v:roundrect>
            </w:pict>
          </mc:Fallback>
        </mc:AlternateContent>
      </w:r>
      <w:r w:rsidRPr="004A00C0">
        <w:rPr>
          <w:rFonts w:cs="B Nazanin"/>
          <w:rtl/>
        </w:rPr>
        <mc:AlternateContent>
          <mc:Choice Requires="wps">
            <w:drawing>
              <wp:anchor distT="45720" distB="45720" distL="114300" distR="114300" simplePos="0" relativeHeight="251914752" behindDoc="0" locked="0" layoutInCell="1" allowOverlap="1" wp14:anchorId="1745D694" wp14:editId="6D45B545">
                <wp:simplePos x="0" y="0"/>
                <wp:positionH relativeFrom="column">
                  <wp:posOffset>-845023</wp:posOffset>
                </wp:positionH>
                <wp:positionV relativeFrom="paragraph">
                  <wp:posOffset>3780155</wp:posOffset>
                </wp:positionV>
                <wp:extent cx="7105650" cy="1796415"/>
                <wp:effectExtent l="0" t="0" r="19050" b="1333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1796415"/>
                        </a:xfrm>
                        <a:prstGeom prst="rect">
                          <a:avLst/>
                        </a:prstGeom>
                        <a:noFill/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3F8C" w:rsidRPr="004A00C0" w:rsidRDefault="00113F8C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تاریخ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طرح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در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شورای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گروه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: ...........................................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br/>
                            </w:r>
                            <w:r w:rsidRPr="00FB0B68">
                              <w:rPr>
                                <w:rFonts w:cs="B Nazanin"/>
                                <w:sz w:val="28"/>
                                <w:szCs w:val="28"/>
                              </w:rPr>
                              <w:t>□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تصویب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شد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</w:t>
                            </w:r>
                            <w:r w:rsidR="004344F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FB0B68">
                              <w:rPr>
                                <w:rFonts w:cs="B Nazanin"/>
                                <w:sz w:val="28"/>
                                <w:szCs w:val="28"/>
                              </w:rPr>
                              <w:t>□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تصویب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با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اصلاحات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 xml:space="preserve">                                                        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FB0B68">
                              <w:rPr>
                                <w:rFonts w:cs="B Nazanin"/>
                                <w:sz w:val="28"/>
                                <w:szCs w:val="28"/>
                              </w:rPr>
                              <w:t>□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تصویب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نشد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113F8C" w:rsidRPr="004A00C0" w:rsidRDefault="00113F8C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4A00C0"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  <w:t>توضیح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ات/ اصلاحات پیشنهادی: ...............................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............................................................................................................................</w:t>
                            </w:r>
                          </w:p>
                          <w:p w:rsidR="00113F8C" w:rsidRDefault="00113F8C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..................................................................................................</w:t>
                            </w:r>
                          </w:p>
                          <w:p w:rsidR="004344F1" w:rsidRPr="004A00C0" w:rsidRDefault="004344F1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4344F1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</w:rPr>
                              <w:t>نام و امضای استاد راهنما: ....................................................................... تاریخ: ..................................................................</w:t>
                            </w:r>
                            <w:r w:rsidRPr="004344F1">
                              <w:rPr>
                                <w:rFonts w:cs="B Nazanin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5D694" id="_x0000_s1031" type="#_x0000_t202" style="position:absolute;margin-left:-66.55pt;margin-top:297.65pt;width:559.5pt;height:141.45pt;z-index:25191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" filled="f" strokecolor="#4f81bd [3204]" strokeweight="1.5pt">
                <v:textbox>
                  <w:txbxContent>
                    <w:p w:rsidR="00113F8C" w:rsidRPr="004A00C0" w:rsidRDefault="00113F8C" w:rsidP="004344F1">
                      <w:pPr>
                        <w:bidi/>
                        <w:spacing w:after="0" w:line="360" w:lineRule="auto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تاریخ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طرح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در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شورای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گروه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: ...........................................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br/>
                      </w:r>
                      <w:r w:rsidRPr="00FB0B68">
                        <w:rPr>
                          <w:rFonts w:cs="B Nazanin"/>
                          <w:sz w:val="28"/>
                          <w:szCs w:val="28"/>
                        </w:rPr>
                        <w:t>□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تصویب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شد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                   </w:t>
                      </w:r>
                      <w:r w:rsidR="004344F1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  </w:t>
                      </w:r>
                      <w:r w:rsidRPr="00FB0B68">
                        <w:rPr>
                          <w:rFonts w:cs="B Nazanin"/>
                          <w:sz w:val="28"/>
                          <w:szCs w:val="28"/>
                        </w:rPr>
                        <w:t>□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تصویب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با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اصلاحات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 xml:space="preserve">                                                        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  </w:t>
                      </w:r>
                      <w:r w:rsidRPr="00FB0B68">
                        <w:rPr>
                          <w:rFonts w:cs="B Nazanin"/>
                          <w:sz w:val="28"/>
                          <w:szCs w:val="28"/>
                        </w:rPr>
                        <w:t>□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تصویب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</w:rPr>
                        <w:t xml:space="preserve"> </w:t>
                      </w: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نشد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113F8C" w:rsidRPr="004A00C0" w:rsidRDefault="00113F8C" w:rsidP="004344F1">
                      <w:pPr>
                        <w:bidi/>
                        <w:spacing w:after="0" w:line="360" w:lineRule="auto"/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 w:rsidRPr="004A00C0">
                        <w:rPr>
                          <w:rFonts w:cs="B Nazanin"/>
                          <w:sz w:val="24"/>
                          <w:szCs w:val="24"/>
                          <w:rtl/>
                        </w:rPr>
                        <w:t>توضیح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ات/ اصلاحات پیشنهادی: ...............................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............................................................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............................................................................................................................</w:t>
                      </w:r>
                    </w:p>
                    <w:p w:rsidR="00113F8C" w:rsidRDefault="00113F8C" w:rsidP="004344F1">
                      <w:pPr>
                        <w:bidi/>
                        <w:spacing w:after="0" w:line="360" w:lineRule="auto"/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..................................................................................................</w:t>
                      </w:r>
                    </w:p>
                    <w:p w:rsidR="004344F1" w:rsidRPr="004A00C0" w:rsidRDefault="004344F1" w:rsidP="004344F1">
                      <w:pPr>
                        <w:bidi/>
                        <w:spacing w:after="0" w:line="360" w:lineRule="auto"/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</w:pPr>
                      <w:r w:rsidRPr="004344F1">
                        <w:rPr>
                          <w:rFonts w:cs="B Nazanin" w:hint="cs"/>
                          <w:sz w:val="24"/>
                          <w:szCs w:val="24"/>
                          <w:rtl/>
                        </w:rPr>
                        <w:t>نام و امضای استاد راهنما: ....................................................................... تاریخ: ..................................................................</w:t>
                      </w:r>
                      <w:r w:rsidRPr="004344F1">
                        <w:rPr>
                          <w:rFonts w:cs="B Nazanin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00C0">
        <w:rPr>
          <w:rFonts w:cs="B Nazanin"/>
          <w:rtl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5D2BBEF" wp14:editId="6080B695">
                <wp:simplePos x="0" y="0"/>
                <wp:positionH relativeFrom="column">
                  <wp:posOffset>-845023</wp:posOffset>
                </wp:positionH>
                <wp:positionV relativeFrom="paragraph">
                  <wp:posOffset>2050415</wp:posOffset>
                </wp:positionV>
                <wp:extent cx="7105650" cy="1350010"/>
                <wp:effectExtent l="0" t="0" r="19050" b="2159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1350010"/>
                        </a:xfrm>
                        <a:prstGeom prst="rect">
                          <a:avLst/>
                        </a:prstGeom>
                        <a:noFill/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D24" w:rsidRPr="004A00C0" w:rsidRDefault="00113F8C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عنوان پایان نامه (فارسی): ..................................................................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...................................................</w:t>
                            </w:r>
                          </w:p>
                          <w:p w:rsidR="00113F8C" w:rsidRPr="004A00C0" w:rsidRDefault="00113F8C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عنوان پایان نامه (انگلیسی): .................................................................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................................................................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..............................................................</w:t>
                            </w:r>
                          </w:p>
                          <w:p w:rsidR="00113F8C" w:rsidRPr="004A00C0" w:rsidRDefault="00113F8C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استاد راهنما: ...........................................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  استاد مشاور (درصورت وجود): ...............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</w:t>
                            </w:r>
                          </w:p>
                          <w:p w:rsidR="00B76D24" w:rsidRPr="004A00C0" w:rsidRDefault="00113F8C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کد رهگیری ایرانداک: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2BBEF" id="_x0000_s1032" type="#_x0000_t202" style="position:absolute;margin-left:-66.55pt;margin-top:161.45pt;width:559.5pt;height:106.3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" filled="f" strokecolor="#4f81bd [3204]" strokeweight="1.5pt">
                <v:textbox>
                  <w:txbxContent>
                    <w:p w:rsidR="00B76D24" w:rsidRPr="004A00C0" w:rsidRDefault="00113F8C" w:rsidP="004344F1">
                      <w:pPr>
                        <w:bidi/>
                        <w:spacing w:after="0" w:line="360" w:lineRule="auto"/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عنوان پایان نامه (فارسی): ..................................................................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...................................................</w:t>
                      </w:r>
                    </w:p>
                    <w:p w:rsidR="00113F8C" w:rsidRPr="004A00C0" w:rsidRDefault="00113F8C" w:rsidP="004344F1">
                      <w:pPr>
                        <w:bidi/>
                        <w:spacing w:after="0" w:line="360" w:lineRule="auto"/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عنوان پایان نامه (انگلیسی): .................................................................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................................................................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..............................................................</w:t>
                      </w:r>
                    </w:p>
                    <w:p w:rsidR="00113F8C" w:rsidRPr="004A00C0" w:rsidRDefault="00113F8C" w:rsidP="004344F1">
                      <w:pPr>
                        <w:bidi/>
                        <w:spacing w:after="0" w:line="360" w:lineRule="auto"/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استاد راهنما: ...........................................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  استاد مشاور (درصورت وجود): ...............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</w:t>
                      </w:r>
                    </w:p>
                    <w:p w:rsidR="00B76D24" w:rsidRPr="004A00C0" w:rsidRDefault="00113F8C" w:rsidP="004344F1">
                      <w:pPr>
                        <w:bidi/>
                        <w:spacing w:after="0" w:line="360" w:lineRule="auto"/>
                        <w:rPr>
                          <w:rFonts w:cs="B Nazanin" w:hint="cs"/>
                          <w:sz w:val="24"/>
                          <w:szCs w:val="24"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کد رهگیری ایرانداک: 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A00C0">
        <w:rPr>
          <w:rFonts w:cs="B Nazanin"/>
        </w:rPr>
        <mc:AlternateContent>
          <mc:Choice Requires="wps">
            <w:drawing>
              <wp:anchor distT="45720" distB="45720" distL="114300" distR="114300" simplePos="0" relativeHeight="251557376" behindDoc="0" locked="0" layoutInCell="1" allowOverlap="1">
                <wp:simplePos x="0" y="0"/>
                <wp:positionH relativeFrom="column">
                  <wp:posOffset>-845023</wp:posOffset>
                </wp:positionH>
                <wp:positionV relativeFrom="paragraph">
                  <wp:posOffset>604520</wp:posOffset>
                </wp:positionV>
                <wp:extent cx="7105650" cy="1052195"/>
                <wp:effectExtent l="0" t="0" r="19050" b="146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1052195"/>
                        </a:xfrm>
                        <a:prstGeom prst="rect">
                          <a:avLst/>
                        </a:prstGeom>
                        <a:noFill/>
                        <a:ln w="19050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D24" w:rsidRPr="004A00C0" w:rsidRDefault="00B76D24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نام و نام خانوادگی: .................................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  رشته / گرایش: 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..................................................................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</w:t>
                            </w:r>
                          </w:p>
                          <w:p w:rsidR="00B76D24" w:rsidRPr="004A00C0" w:rsidRDefault="00B76D24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 دانشجویی: ....................................................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  نیمسال ورود: ................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</w:t>
                            </w:r>
                            <w:r w:rsid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.................................................</w:t>
                            </w:r>
                          </w:p>
                          <w:p w:rsidR="00B76D24" w:rsidRPr="004A00C0" w:rsidRDefault="00B76D24" w:rsidP="004344F1">
                            <w:pPr>
                              <w:bidi/>
                              <w:spacing w:after="0" w:line="360" w:lineRule="auto"/>
                              <w:rPr>
                                <w:rFonts w:cs="B Nazanin" w:hint="cs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شماره تماس: ...............................................</w:t>
                            </w:r>
                            <w:r w:rsidR="004A00C0"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</w:t>
                            </w:r>
                            <w:r w:rsidRPr="004A00C0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66.55pt;margin-top:47.6pt;width:559.5pt;height:82.85pt;z-index:251557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" filled="f" strokecolor="#4f81bd [3204]" strokeweight="1.5pt">
                <v:textbox>
                  <w:txbxContent>
                    <w:p w:rsidR="00B76D24" w:rsidRPr="004A00C0" w:rsidRDefault="00B76D24" w:rsidP="004344F1">
                      <w:pPr>
                        <w:bidi/>
                        <w:spacing w:after="0" w:line="360" w:lineRule="auto"/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نام و نام خانوادگی: .................................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  رشته / گرایش: 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..................................................................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...................................</w:t>
                      </w:r>
                    </w:p>
                    <w:p w:rsidR="00B76D24" w:rsidRPr="004A00C0" w:rsidRDefault="00B76D24" w:rsidP="004344F1">
                      <w:pPr>
                        <w:bidi/>
                        <w:spacing w:after="0" w:line="360" w:lineRule="auto"/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شماره دانشجویی: ....................................................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  نیمسال ورود: ................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</w:t>
                      </w:r>
                      <w:r w:rsid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.................................................</w:t>
                      </w:r>
                    </w:p>
                    <w:p w:rsidR="00B76D24" w:rsidRPr="004A00C0" w:rsidRDefault="00B76D24" w:rsidP="004344F1">
                      <w:pPr>
                        <w:bidi/>
                        <w:spacing w:after="0" w:line="360" w:lineRule="auto"/>
                        <w:rPr>
                          <w:rFonts w:cs="B Nazanin" w:hint="cs"/>
                          <w:sz w:val="24"/>
                          <w:szCs w:val="24"/>
                          <w:lang w:bidi="fa-IR"/>
                        </w:rPr>
                      </w:pP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شماره تماس: ...............................................</w:t>
                      </w:r>
                      <w:r w:rsidR="004A00C0"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</w:t>
                      </w:r>
                      <w:r w:rsidRPr="004A00C0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6D24" w:rsidRPr="004A00C0">
        <w:rPr>
          <w:rFonts w:cs="B Nazanin"/>
          <w:rtl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74F7B1D4" wp14:editId="5D6E04F4">
                <wp:simplePos x="0" y="0"/>
                <wp:positionH relativeFrom="column">
                  <wp:posOffset>8810625</wp:posOffset>
                </wp:positionH>
                <wp:positionV relativeFrom="paragraph">
                  <wp:posOffset>1589405</wp:posOffset>
                </wp:positionV>
                <wp:extent cx="1724025" cy="304800"/>
                <wp:effectExtent l="57150" t="19050" r="85725" b="952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1003">
                          <a:schemeClr val="dk2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6D24" w:rsidRPr="00B76D24" w:rsidRDefault="00B76D24" w:rsidP="00B76D24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lang w:bidi="fa-IR"/>
                              </w:rPr>
                            </w:pPr>
                            <w:r w:rsidRPr="00B76D24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مشخصات </w:t>
                            </w:r>
                            <w:r w:rsidRPr="00B76D24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4F7B1D4" id="Rounded Rectangle 4" o:spid="_x0000_s1034" style="position:absolute;margin-left:693.75pt;margin-top:125.15pt;width:135.75pt;height:24pt;z-index:25158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" fillcolor="#2d69b5 [2578]" strokecolor="#4579b8 [3044]">
                <v:fill color2="#091525 [962]" rotate="t" focusposition=".5,.5" focussize="" focus="100%" type="gradientRadial"/>
                <v:shadow on="t" color="black" opacity="22937f" origin=",.5" offset="0,.63889mm"/>
                <v:textbox>
                  <w:txbxContent>
                    <w:p w:rsidR="00B76D24" w:rsidRPr="00B76D24" w:rsidRDefault="00B76D24" w:rsidP="00B76D24">
                      <w:pPr>
                        <w:jc w:val="center"/>
                        <w:rPr>
                          <w:rFonts w:hint="cs"/>
                          <w:b/>
                          <w:bCs/>
                          <w:lang w:bidi="fa-IR"/>
                        </w:rPr>
                      </w:pPr>
                      <w:r w:rsidRPr="00B76D24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مشخصات </w:t>
                      </w:r>
                      <w:r w:rsidRPr="00B76D24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دانشجو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515883" w:rsidRPr="00515883" w:rsidSect="00515883">
      <w:headerReference w:type="even" r:id="rId8"/>
      <w:headerReference w:type="default" r:id="rId9"/>
      <w:headerReference w:type="first" r:id="rId10"/>
      <w:pgSz w:w="11907" w:h="16839" w:code="9"/>
      <w:pgMar w:top="284" w:right="1800" w:bottom="426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9C3" w:rsidRDefault="005B59C3" w:rsidP="00473D42">
      <w:pPr>
        <w:spacing w:after="0" w:line="240" w:lineRule="auto"/>
      </w:pPr>
      <w:r>
        <w:separator/>
      </w:r>
    </w:p>
  </w:endnote>
  <w:endnote w:type="continuationSeparator" w:id="0">
    <w:p w:rsidR="005B59C3" w:rsidRDefault="005B59C3" w:rsidP="00473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9C3" w:rsidRDefault="005B59C3" w:rsidP="00473D42">
      <w:pPr>
        <w:spacing w:after="0" w:line="240" w:lineRule="auto"/>
      </w:pPr>
      <w:r>
        <w:separator/>
      </w:r>
    </w:p>
  </w:footnote>
  <w:footnote w:type="continuationSeparator" w:id="0">
    <w:p w:rsidR="005B59C3" w:rsidRDefault="005B59C3" w:rsidP="00473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42" w:rsidRDefault="00473D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391219" o:spid="_x0000_s2050" type="#_x0000_t75" style="position:absolute;margin-left:0;margin-top:0;width:431.6pt;height:647.4pt;z-index:-251657216;mso-position-horizontal:center;mso-position-horizontal-relative:margin;mso-position-vertical:center;mso-position-vertical-relative:margin" o:allowincell="f">
          <v:imagedata r:id="rId1" o:title="ChatGPT Image Jul 20, 2026, 11_08_50 AM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31A" w:rsidRDefault="004A00C0" w:rsidP="0093731A">
    <w:pPr>
      <w:pStyle w:val="Header"/>
      <w:jc w:val="center"/>
      <w:rPr>
        <w:rtl/>
      </w:rPr>
    </w:pPr>
    <w:r w:rsidRPr="00B76D24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D6FC7DB" wp14:editId="44530E60">
              <wp:simplePos x="0" y="0"/>
              <wp:positionH relativeFrom="column">
                <wp:posOffset>4150552</wp:posOffset>
              </wp:positionH>
              <wp:positionV relativeFrom="paragraph">
                <wp:posOffset>222841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00C0" w:rsidRPr="00515883" w:rsidRDefault="004A00C0" w:rsidP="00515883">
                          <w:pPr>
                            <w:bidi/>
                            <w:spacing w:after="0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515883"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دانشگاه</w:t>
                          </w:r>
                          <w:r w:rsidRPr="00515883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:                 </w:t>
                          </w:r>
                        </w:p>
                        <w:p w:rsidR="004A00C0" w:rsidRPr="00515883" w:rsidRDefault="004A00C0" w:rsidP="00515883">
                          <w:pPr>
                            <w:bidi/>
                            <w:spacing w:after="0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15883"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گروه</w:t>
                          </w:r>
                          <w:r w:rsidRPr="00515883"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15883"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آموزشی</w:t>
                          </w:r>
                          <w:r w:rsidRPr="00515883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: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6FC7DB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0;text-align:left;margin-left:326.8pt;margin-top:17.5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" filled="f" stroked="f">
              <v:textbox style="mso-fit-shape-to-text:t">
                <w:txbxContent>
                  <w:p w:rsidR="004A00C0" w:rsidRPr="00515883" w:rsidRDefault="004A00C0" w:rsidP="00515883">
                    <w:pPr>
                      <w:bidi/>
                      <w:spacing w:after="0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515883"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</w:rPr>
                      <w:t>دانشگاه</w:t>
                    </w:r>
                    <w:r w:rsidRPr="00515883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:                 </w:t>
                    </w:r>
                  </w:p>
                  <w:p w:rsidR="004A00C0" w:rsidRPr="00515883" w:rsidRDefault="004A00C0" w:rsidP="00515883">
                    <w:pPr>
                      <w:bidi/>
                      <w:spacing w:after="0"/>
                      <w:rPr>
                        <w:rFonts w:cs="B Nazanin"/>
                        <w:b/>
                        <w:bCs/>
                        <w:sz w:val="24"/>
                        <w:szCs w:val="24"/>
                      </w:rPr>
                    </w:pPr>
                    <w:r w:rsidRPr="00515883"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</w:rPr>
                      <w:t>گروه</w:t>
                    </w:r>
                    <w:r w:rsidRPr="00515883">
                      <w:rPr>
                        <w:rFonts w:cs="B Nazanin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  <w:r w:rsidRPr="00515883"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</w:rPr>
                      <w:t>آموزشی</w:t>
                    </w:r>
                    <w:r w:rsidRPr="00515883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: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t xml:space="preserve"> </w:t>
    </w:r>
    <w:r w:rsidR="0093731A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-933450</wp:posOffset>
              </wp:positionH>
              <wp:positionV relativeFrom="paragraph">
                <wp:posOffset>195580</wp:posOffset>
              </wp:positionV>
              <wp:extent cx="1676400" cy="914400"/>
              <wp:effectExtent l="0" t="0" r="0" b="0"/>
              <wp:wrapSquare wrapText="bothSides"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Ind w:w="250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132"/>
                            <w:gridCol w:w="946"/>
                          </w:tblGrid>
                          <w:tr w:rsidR="0093731A" w:rsidRPr="0093731A" w:rsidTr="0093731A">
                            <w:tc>
                              <w:tcPr>
                                <w:tcW w:w="1014" w:type="dxa"/>
                                <w:vAlign w:val="center"/>
                              </w:tcPr>
                              <w:p w:rsidR="0093731A" w:rsidRPr="0093731A" w:rsidRDefault="0093731A" w:rsidP="0093731A">
                                <w:pPr>
                                  <w:jc w:val="right"/>
                                  <w:rPr>
                                    <w:rFonts w:cs="B Nazanin"/>
                                  </w:rPr>
                                </w:pPr>
                                <w:r w:rsidRPr="0093731A">
                                  <w:rPr>
                                    <w:rFonts w:cs="B Nazanin"/>
                                  </w:rPr>
                                  <w:t>PG- F-01</w:t>
                                </w:r>
                              </w:p>
                            </w:tc>
                            <w:tc>
                              <w:tcPr>
                                <w:tcW w:w="971" w:type="dxa"/>
                                <w:vAlign w:val="center"/>
                              </w:tcPr>
                              <w:p w:rsidR="0093731A" w:rsidRPr="0093731A" w:rsidRDefault="0093731A" w:rsidP="0093731A">
                                <w:pPr>
                                  <w:rPr>
                                    <w:rFonts w:cs="B Nazanin"/>
                                  </w:rPr>
                                </w:pPr>
                                <w:r w:rsidRPr="0093731A">
                                  <w:rPr>
                                    <w:rFonts w:cs="B Nazanin" w:hint="cs"/>
                                    <w:rtl/>
                                  </w:rPr>
                                  <w:t>کد فرم:</w:t>
                                </w:r>
                              </w:p>
                            </w:tc>
                          </w:tr>
                          <w:tr w:rsidR="0093731A" w:rsidRPr="0093731A" w:rsidTr="0093731A">
                            <w:tc>
                              <w:tcPr>
                                <w:tcW w:w="1014" w:type="dxa"/>
                                <w:vAlign w:val="center"/>
                              </w:tcPr>
                              <w:p w:rsidR="0093731A" w:rsidRPr="0093731A" w:rsidRDefault="0093731A" w:rsidP="0093731A">
                                <w:pPr>
                                  <w:jc w:val="right"/>
                                  <w:rPr>
                                    <w:rFonts w:cs="B Nazanin"/>
                                  </w:rPr>
                                </w:pPr>
                                <w:r w:rsidRPr="0093731A">
                                  <w:rPr>
                                    <w:rFonts w:cs="B Nazanin" w:hint="cs"/>
                                    <w:rtl/>
                                  </w:rPr>
                                  <w:t>31/05/1405</w:t>
                                </w:r>
                              </w:p>
                            </w:tc>
                            <w:tc>
                              <w:tcPr>
                                <w:tcW w:w="971" w:type="dxa"/>
                                <w:vAlign w:val="center"/>
                              </w:tcPr>
                              <w:p w:rsidR="0093731A" w:rsidRPr="0093731A" w:rsidRDefault="0093731A" w:rsidP="0093731A">
                                <w:pPr>
                                  <w:rPr>
                                    <w:rFonts w:cs="B Nazanin" w:hint="cs"/>
                                    <w:rtl/>
                                    <w:lang w:bidi="fa-IR"/>
                                  </w:rPr>
                                </w:pPr>
                                <w:r w:rsidRPr="0093731A">
                                  <w:rPr>
                                    <w:rFonts w:cs="B Nazanin" w:hint="cs"/>
                                    <w:rtl/>
                                    <w:lang w:bidi="fa-IR"/>
                                  </w:rPr>
                                  <w:t>تاریخ اجرا:</w:t>
                                </w:r>
                              </w:p>
                            </w:tc>
                          </w:tr>
                        </w:tbl>
                        <w:p w:rsidR="0093731A" w:rsidRDefault="0093731A" w:rsidP="0093731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left:0;text-align:left;margin-left:-73.5pt;margin-top:15.4pt;width:132pt;height:1in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" filled="f" stroked="f">
              <v:textbox>
                <w:txbxContent>
                  <w:tbl>
                    <w:tblPr>
                      <w:tblStyle w:val="TableGrid"/>
                      <w:tblW w:w="0" w:type="auto"/>
                      <w:tblInd w:w="250" w:type="dxa"/>
                      <w:tblLook w:val="04A0" w:firstRow="1" w:lastRow="0" w:firstColumn="1" w:lastColumn="0" w:noHBand="0" w:noVBand="1"/>
                    </w:tblPr>
                    <w:tblGrid>
                      <w:gridCol w:w="1132"/>
                      <w:gridCol w:w="946"/>
                    </w:tblGrid>
                    <w:tr w:rsidR="0093731A" w:rsidRPr="0093731A" w:rsidTr="0093731A">
                      <w:tc>
                        <w:tcPr>
                          <w:tcW w:w="1014" w:type="dxa"/>
                          <w:vAlign w:val="center"/>
                        </w:tcPr>
                        <w:p w:rsidR="0093731A" w:rsidRPr="0093731A" w:rsidRDefault="0093731A" w:rsidP="0093731A">
                          <w:pPr>
                            <w:jc w:val="right"/>
                            <w:rPr>
                              <w:rFonts w:cs="B Nazanin"/>
                            </w:rPr>
                          </w:pPr>
                          <w:r w:rsidRPr="0093731A">
                            <w:rPr>
                              <w:rFonts w:cs="B Nazanin"/>
                            </w:rPr>
                            <w:t>PG- F-01</w:t>
                          </w:r>
                        </w:p>
                      </w:tc>
                      <w:tc>
                        <w:tcPr>
                          <w:tcW w:w="971" w:type="dxa"/>
                          <w:vAlign w:val="center"/>
                        </w:tcPr>
                        <w:p w:rsidR="0093731A" w:rsidRPr="0093731A" w:rsidRDefault="0093731A" w:rsidP="0093731A">
                          <w:pPr>
                            <w:rPr>
                              <w:rFonts w:cs="B Nazanin"/>
                            </w:rPr>
                          </w:pPr>
                          <w:r w:rsidRPr="0093731A">
                            <w:rPr>
                              <w:rFonts w:cs="B Nazanin" w:hint="cs"/>
                              <w:rtl/>
                            </w:rPr>
                            <w:t>کد فرم:</w:t>
                          </w:r>
                        </w:p>
                      </w:tc>
                    </w:tr>
                    <w:tr w:rsidR="0093731A" w:rsidRPr="0093731A" w:rsidTr="0093731A">
                      <w:tc>
                        <w:tcPr>
                          <w:tcW w:w="1014" w:type="dxa"/>
                          <w:vAlign w:val="center"/>
                        </w:tcPr>
                        <w:p w:rsidR="0093731A" w:rsidRPr="0093731A" w:rsidRDefault="0093731A" w:rsidP="0093731A">
                          <w:pPr>
                            <w:jc w:val="right"/>
                            <w:rPr>
                              <w:rFonts w:cs="B Nazanin"/>
                            </w:rPr>
                          </w:pPr>
                          <w:r w:rsidRPr="0093731A">
                            <w:rPr>
                              <w:rFonts w:cs="B Nazanin" w:hint="cs"/>
                              <w:rtl/>
                            </w:rPr>
                            <w:t>31/05/1405</w:t>
                          </w:r>
                        </w:p>
                      </w:tc>
                      <w:tc>
                        <w:tcPr>
                          <w:tcW w:w="971" w:type="dxa"/>
                          <w:vAlign w:val="center"/>
                        </w:tcPr>
                        <w:p w:rsidR="0093731A" w:rsidRPr="0093731A" w:rsidRDefault="0093731A" w:rsidP="0093731A">
                          <w:pPr>
                            <w:rPr>
                              <w:rFonts w:cs="B Nazanin" w:hint="cs"/>
                              <w:rtl/>
                              <w:lang w:bidi="fa-IR"/>
                            </w:rPr>
                          </w:pPr>
                          <w:r w:rsidRPr="0093731A">
                            <w:rPr>
                              <w:rFonts w:cs="B Nazanin" w:hint="cs"/>
                              <w:rtl/>
                              <w:lang w:bidi="fa-IR"/>
                            </w:rPr>
                            <w:t>تاریخ اجرا:</w:t>
                          </w:r>
                        </w:p>
                      </w:tc>
                    </w:tr>
                  </w:tbl>
                  <w:p w:rsidR="0093731A" w:rsidRDefault="0093731A" w:rsidP="0093731A"/>
                </w:txbxContent>
              </v:textbox>
              <w10:wrap type="square"/>
            </v:shape>
          </w:pict>
        </mc:Fallback>
      </mc:AlternateContent>
    </w:r>
    <w:r w:rsidR="0093731A">
      <w:rPr>
        <w:noProof/>
      </w:rPr>
      <w:drawing>
        <wp:inline distT="0" distB="0" distL="0" distR="0">
          <wp:extent cx="946298" cy="946298"/>
          <wp:effectExtent l="0" t="0" r="6350" b="6350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780" cy="949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731A" w:rsidRPr="0093731A" w:rsidRDefault="0093731A" w:rsidP="0093731A">
    <w:pPr>
      <w:pStyle w:val="Header"/>
      <w:bidi/>
      <w:jc w:val="center"/>
      <w:rPr>
        <w:rFonts w:cs="B Titr"/>
        <w:rtl/>
      </w:rPr>
    </w:pPr>
    <w:r w:rsidRPr="0093731A">
      <w:rPr>
        <w:rFonts w:cs="B Titr"/>
        <w:sz w:val="24"/>
        <w:szCs w:val="24"/>
        <w:rtl/>
      </w:rPr>
      <w:t>فرم</w:t>
    </w:r>
    <w:r w:rsidRPr="0093731A">
      <w:rPr>
        <w:rFonts w:cs="B Titr"/>
        <w:sz w:val="24"/>
        <w:szCs w:val="24"/>
      </w:rPr>
      <w:t xml:space="preserve"> </w:t>
    </w:r>
    <w:r w:rsidRPr="0093731A">
      <w:rPr>
        <w:rFonts w:cs="B Titr"/>
        <w:sz w:val="24"/>
        <w:szCs w:val="24"/>
        <w:rtl/>
      </w:rPr>
      <w:t>تصویب</w:t>
    </w:r>
    <w:r w:rsidRPr="0093731A">
      <w:rPr>
        <w:rFonts w:cs="B Titr"/>
        <w:sz w:val="24"/>
        <w:szCs w:val="24"/>
      </w:rPr>
      <w:t xml:space="preserve"> </w:t>
    </w:r>
    <w:r w:rsidRPr="0093731A">
      <w:rPr>
        <w:rFonts w:cs="B Titr"/>
        <w:sz w:val="24"/>
        <w:szCs w:val="24"/>
        <w:rtl/>
      </w:rPr>
      <w:t>موضوع</w:t>
    </w:r>
    <w:r w:rsidRPr="0093731A">
      <w:rPr>
        <w:rFonts w:cs="B Titr"/>
        <w:sz w:val="24"/>
        <w:szCs w:val="24"/>
      </w:rPr>
      <w:t xml:space="preserve"> </w:t>
    </w:r>
    <w:r w:rsidRPr="0093731A">
      <w:rPr>
        <w:rFonts w:cs="B Titr"/>
        <w:sz w:val="24"/>
        <w:szCs w:val="24"/>
        <w:rtl/>
      </w:rPr>
      <w:t>پایان</w:t>
    </w:r>
    <w:r w:rsidRPr="0093731A">
      <w:rPr>
        <w:rFonts w:cs="B Titr"/>
        <w:sz w:val="24"/>
        <w:szCs w:val="24"/>
      </w:rPr>
      <w:t>‌</w:t>
    </w:r>
    <w:r w:rsidRPr="0093731A">
      <w:rPr>
        <w:rFonts w:cs="B Titr"/>
        <w:sz w:val="24"/>
        <w:szCs w:val="24"/>
        <w:rtl/>
      </w:rPr>
      <w:t>نامه</w:t>
    </w:r>
    <w:r w:rsidRPr="0093731A">
      <w:rPr>
        <w:rFonts w:cs="B Titr"/>
        <w:sz w:val="24"/>
        <w:szCs w:val="24"/>
      </w:rPr>
      <w:t xml:space="preserve"> </w:t>
    </w:r>
    <w:r w:rsidRPr="0093731A">
      <w:rPr>
        <w:rFonts w:cs="B Titr"/>
        <w:sz w:val="24"/>
        <w:szCs w:val="24"/>
        <w:rtl/>
      </w:rPr>
      <w:t>کارشناسی</w:t>
    </w:r>
    <w:r w:rsidRPr="0093731A">
      <w:rPr>
        <w:rFonts w:cs="B Titr"/>
        <w:sz w:val="24"/>
        <w:szCs w:val="24"/>
      </w:rPr>
      <w:t xml:space="preserve"> </w:t>
    </w:r>
    <w:r w:rsidRPr="0093731A">
      <w:rPr>
        <w:rFonts w:cs="B Titr"/>
        <w:sz w:val="24"/>
        <w:szCs w:val="24"/>
        <w:rtl/>
      </w:rPr>
      <w:t>ارشد</w:t>
    </w:r>
  </w:p>
  <w:p w:rsidR="0093731A" w:rsidRPr="002141E1" w:rsidRDefault="00515883" w:rsidP="0093731A">
    <w:pPr>
      <w:pStyle w:val="Header"/>
      <w:bidi/>
      <w:jc w:val="center"/>
      <w:rPr>
        <w:rFonts w:cs="B Nazanin"/>
        <w:sz w:val="24"/>
        <w:szCs w:val="24"/>
      </w:rPr>
    </w:pPr>
    <w:r w:rsidRPr="002141E1">
      <w:rPr>
        <w:rFonts w:cs="B Nazanin" w:hint="cs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2631440</wp:posOffset>
              </wp:positionH>
              <wp:positionV relativeFrom="paragraph">
                <wp:posOffset>210659</wp:posOffset>
              </wp:positionV>
              <wp:extent cx="244475" cy="222885"/>
              <wp:effectExtent l="57150" t="19050" r="3175" b="100965"/>
              <wp:wrapNone/>
              <wp:docPr id="20" name="Diamond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475" cy="222885"/>
                      </a:xfrm>
                      <a:prstGeom prst="diamond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F589A6"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Diamond 20" o:spid="_x0000_s1026" type="#_x0000_t4" style="position:absolute;margin-left:207.2pt;margin-top:16.6pt;width:19.25pt;height:17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" fillcolor="#4f81bd [3204]" strokecolor="#4579b8 [3044]">
              <v:fill color2="#a7bfde [1620]" rotate="t" angle="180" focus="100%" type="gradient">
                <o:fill v:ext="view" type="gradientUnscaled"/>
              </v:fill>
              <v:shadow on="t" color="black" opacity="22937f" origin=",.5" offset="0,.63889mm"/>
            </v:shape>
          </w:pict>
        </mc:Fallback>
      </mc:AlternateContent>
    </w:r>
    <w:r w:rsidRPr="002141E1">
      <w:rPr>
        <w:rFonts w:cs="B Nazanin" w:hint="cs"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-1443355</wp:posOffset>
              </wp:positionH>
              <wp:positionV relativeFrom="paragraph">
                <wp:posOffset>312258</wp:posOffset>
              </wp:positionV>
              <wp:extent cx="8399145" cy="45085"/>
              <wp:effectExtent l="0" t="19050" r="0" b="69215"/>
              <wp:wrapNone/>
              <wp:docPr id="19" name="Minus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99145" cy="45085"/>
                      </a:xfrm>
                      <a:prstGeom prst="mathMinus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E947D4" id="Minus 19" o:spid="_x0000_s1026" style="position:absolute;margin-left:-113.65pt;margin-top:24.6pt;width:661.35pt;height:3.5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9914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" path="m1113307,17241r6172531,l7285838,27844r-6172531,l1113307,17241xe" fillcolor="#4f81bd [3204]" strokecolor="#4579b8 [3044]">
              <v:fill color2="#a7bfde [1620]" rotate="t" angle="180" focus="100%" type="gradient">
                <o:fill v:ext="view" type="gradientUnscaled"/>
              </v:fill>
              <v:shadow on="t" color="black" opacity="22937f" origin=",.5" offset="0,.63889mm"/>
              <v:path arrowok="t" o:connecttype="custom" o:connectlocs="1113307,17241;7285838,17241;7285838,27844;1113307,27844;1113307,17241" o:connectangles="0,0,0,0,0"/>
            </v:shape>
          </w:pict>
        </mc:Fallback>
      </mc:AlternateContent>
    </w:r>
    <w:r w:rsidR="0093731A" w:rsidRPr="002141E1">
      <w:rPr>
        <w:rFonts w:cs="B Nazanin" w:hint="cs"/>
        <w:sz w:val="24"/>
        <w:szCs w:val="24"/>
        <w:rtl/>
      </w:rPr>
      <w:t>جهت بررسی و تصویب در گروه آموزشی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D42" w:rsidRDefault="00473D4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391218" o:spid="_x0000_s2049" type="#_x0000_t75" style="position:absolute;margin-left:0;margin-top:0;width:431.6pt;height:647.4pt;z-index:-251658240;mso-position-horizontal:center;mso-position-horizontal-relative:margin;mso-position-vertical:center;mso-position-vertical-relative:margin" o:allowincell="f">
          <v:imagedata r:id="rId1" o:title="ChatGPT Image Jul 20, 2026, 11_08_50 AM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3F8C"/>
    <w:rsid w:val="0015074B"/>
    <w:rsid w:val="001B0FA1"/>
    <w:rsid w:val="002141E1"/>
    <w:rsid w:val="0029639D"/>
    <w:rsid w:val="002C0E73"/>
    <w:rsid w:val="00326F90"/>
    <w:rsid w:val="004344F1"/>
    <w:rsid w:val="00473D42"/>
    <w:rsid w:val="004A00C0"/>
    <w:rsid w:val="00515883"/>
    <w:rsid w:val="005B59C3"/>
    <w:rsid w:val="006E110E"/>
    <w:rsid w:val="0093731A"/>
    <w:rsid w:val="00AA1D8D"/>
    <w:rsid w:val="00B47730"/>
    <w:rsid w:val="00B76D24"/>
    <w:rsid w:val="00CB0664"/>
    <w:rsid w:val="00FB0B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/"/>
  <w:listSeparator w:val="؛"/>
  <w14:defaultImageDpi w14:val="300"/>
  <w15:docId w15:val="{940D58C5-C04B-4923-9B6F-2D061077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527454-2336-4D0B-BBC7-F9352A01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research</cp:lastModifiedBy>
  <cp:revision>4</cp:revision>
  <dcterms:created xsi:type="dcterms:W3CDTF">2026-07-20T08:30:00Z</dcterms:created>
  <dcterms:modified xsi:type="dcterms:W3CDTF">2026-07-20T08:38:00Z</dcterms:modified>
  <cp:category/>
</cp:coreProperties>
</file>